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003A8" w14:textId="15BDFD4F" w:rsidR="005B28F9" w:rsidRDefault="00F84FB9">
      <w:r>
        <w:t>Imagine you are looking down from above. Draw a simple map of a place you know, such as</w:t>
      </w:r>
      <w:r>
        <w:t xml:space="preserve"> a park, your street</w:t>
      </w:r>
      <w:r>
        <w:t xml:space="preserve"> or </w:t>
      </w:r>
      <w:r w:rsidR="005716C2">
        <w:t xml:space="preserve">your </w:t>
      </w:r>
      <w:proofErr w:type="gramStart"/>
      <w:r w:rsidR="005716C2">
        <w:t>made up</w:t>
      </w:r>
      <w:proofErr w:type="gramEnd"/>
      <w:r w:rsidR="005716C2">
        <w:t xml:space="preserve"> planet</w:t>
      </w:r>
      <w:r>
        <w:t>. Include at least 3 features.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0"/>
      </w:tblGrid>
      <w:tr w:rsidR="005B28F9" w14:paraId="576FD5FB" w14:textId="77777777">
        <w:tc>
          <w:tcPr>
            <w:tcW w:w="8640" w:type="dxa"/>
          </w:tcPr>
          <w:p w14:paraId="574D9C3E" w14:textId="1DD0FB84" w:rsidR="005B28F9" w:rsidRDefault="00BA168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4DA6D4" wp14:editId="17956696">
                      <wp:simplePos x="0" y="0"/>
                      <wp:positionH relativeFrom="column">
                        <wp:posOffset>14817</wp:posOffset>
                      </wp:positionH>
                      <wp:positionV relativeFrom="paragraph">
                        <wp:posOffset>300143</wp:posOffset>
                      </wp:positionV>
                      <wp:extent cx="6027420" cy="2986617"/>
                      <wp:effectExtent l="57150" t="19050" r="68580" b="99695"/>
                      <wp:wrapNone/>
                      <wp:docPr id="2115000945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27420" cy="298661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772333" id="Rectangle 1" o:spid="_x0000_s1026" style="position:absolute;margin-left:1.15pt;margin-top:23.65pt;width:474.6pt;height:235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" filled="f" strokecolor="#4579b8 [3044]">
                      <v:shadow on="t" color="black" opacity="22937f" origin=",.5" offset="0,.63889mm"/>
                    </v:rect>
                  </w:pict>
                </mc:Fallback>
              </mc:AlternateContent>
            </w:r>
            <w:r w:rsidR="00F84FB9">
              <w:t>Examples: House □   Tree ○   Pond ~   Playground △   Shop ▭</w:t>
            </w:r>
            <w:r w:rsidR="00F84FB9">
              <w:br/>
            </w:r>
            <w:r w:rsidR="00F84FB9">
              <w:br/>
            </w:r>
            <w:r w:rsidR="00F84FB9">
              <w:br/>
            </w:r>
            <w:r w:rsidR="00F84FB9">
              <w:br/>
            </w:r>
            <w:r w:rsidR="00F84FB9">
              <w:br/>
            </w:r>
            <w:r w:rsidR="00F84FB9">
              <w:br/>
            </w:r>
            <w:r w:rsidR="00F84FB9">
              <w:br/>
            </w:r>
            <w:r w:rsidR="00F84FB9">
              <w:br/>
            </w:r>
          </w:p>
        </w:tc>
      </w:tr>
    </w:tbl>
    <w:p w14:paraId="42FED34F" w14:textId="77777777" w:rsidR="00BA1685" w:rsidRDefault="00BA1685">
      <w:pPr>
        <w:pStyle w:val="Heading2"/>
      </w:pPr>
    </w:p>
    <w:p w14:paraId="47DD263E" w14:textId="77777777" w:rsidR="00BA1685" w:rsidRDefault="00BA1685">
      <w:pPr>
        <w:pStyle w:val="Heading2"/>
      </w:pPr>
    </w:p>
    <w:p w14:paraId="46A79189" w14:textId="77777777" w:rsidR="00BA1685" w:rsidRDefault="00BA1685">
      <w:pPr>
        <w:pStyle w:val="Heading2"/>
      </w:pPr>
    </w:p>
    <w:p w14:paraId="497EE5E3" w14:textId="77777777" w:rsidR="00BA1685" w:rsidRDefault="00BA1685">
      <w:pPr>
        <w:pStyle w:val="Heading2"/>
      </w:pPr>
    </w:p>
    <w:p w14:paraId="7870E7C1" w14:textId="3023B80F" w:rsidR="005B28F9" w:rsidRDefault="00F84FB9">
      <w:pPr>
        <w:pStyle w:val="Heading2"/>
      </w:pPr>
      <w:r>
        <w:t>My Map Key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5B28F9" w14:paraId="62B1EE4C" w14:textId="77777777">
        <w:tc>
          <w:tcPr>
            <w:tcW w:w="4320" w:type="dxa"/>
          </w:tcPr>
          <w:p w14:paraId="1E77D4B2" w14:textId="1C9114F1" w:rsidR="005B28F9" w:rsidRDefault="00BA168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DD28A9" wp14:editId="2B14D18F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267970</wp:posOffset>
                      </wp:positionV>
                      <wp:extent cx="2640330" cy="1089660"/>
                      <wp:effectExtent l="57150" t="19050" r="83820" b="91440"/>
                      <wp:wrapNone/>
                      <wp:docPr id="1454767215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0330" cy="10896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2419C8A" id="Rectangle 2" o:spid="_x0000_s1026" style="position:absolute;margin-left:.3pt;margin-top:21.1pt;width:207.9pt;height:85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" filled="f" strokecolor="#4579b8 [3044]">
                      <v:shadow on="t" color="black" opacity="22937f" origin=",.5" offset="0,.63889mm"/>
                    </v:rect>
                  </w:pict>
                </mc:Fallback>
              </mc:AlternateContent>
            </w:r>
            <w:r w:rsidR="00F84FB9">
              <w:t>Symbol</w:t>
            </w:r>
          </w:p>
        </w:tc>
        <w:tc>
          <w:tcPr>
            <w:tcW w:w="4320" w:type="dxa"/>
          </w:tcPr>
          <w:p w14:paraId="7627749F" w14:textId="484B4299" w:rsidR="005B28F9" w:rsidRDefault="00BA1685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46B091" wp14:editId="237CD847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271780</wp:posOffset>
                      </wp:positionV>
                      <wp:extent cx="3326130" cy="1101090"/>
                      <wp:effectExtent l="57150" t="19050" r="83820" b="99060"/>
                      <wp:wrapNone/>
                      <wp:docPr id="2054742917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26130" cy="110109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C68647" id="Rectangle 3" o:spid="_x0000_s1026" style="position:absolute;margin-left:.3pt;margin-top:21.4pt;width:261.9pt;height:8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" filled="f" strokecolor="#4579b8 [3044]">
                      <v:shadow on="t" color="black" opacity="22937f" origin=",.5" offset="0,.63889mm"/>
                    </v:rect>
                  </w:pict>
                </mc:Fallback>
              </mc:AlternateContent>
            </w:r>
            <w:r w:rsidR="00F84FB9">
              <w:t>What it means</w:t>
            </w:r>
          </w:p>
        </w:tc>
      </w:tr>
      <w:tr w:rsidR="005B28F9" w14:paraId="750D750C" w14:textId="77777777">
        <w:tc>
          <w:tcPr>
            <w:tcW w:w="4320" w:type="dxa"/>
          </w:tcPr>
          <w:p w14:paraId="5F0FC13C" w14:textId="77777777" w:rsidR="005B28F9" w:rsidRDefault="005B28F9"/>
        </w:tc>
        <w:tc>
          <w:tcPr>
            <w:tcW w:w="4320" w:type="dxa"/>
          </w:tcPr>
          <w:p w14:paraId="7A74FCA6" w14:textId="77777777" w:rsidR="005B28F9" w:rsidRDefault="005B28F9"/>
        </w:tc>
      </w:tr>
      <w:tr w:rsidR="005B28F9" w14:paraId="09A0EB05" w14:textId="77777777">
        <w:tc>
          <w:tcPr>
            <w:tcW w:w="4320" w:type="dxa"/>
          </w:tcPr>
          <w:p w14:paraId="20503A3C" w14:textId="77777777" w:rsidR="005B28F9" w:rsidRDefault="005B28F9"/>
        </w:tc>
        <w:tc>
          <w:tcPr>
            <w:tcW w:w="4320" w:type="dxa"/>
          </w:tcPr>
          <w:p w14:paraId="40D6C06D" w14:textId="77777777" w:rsidR="005B28F9" w:rsidRDefault="005B28F9"/>
        </w:tc>
      </w:tr>
      <w:tr w:rsidR="005B28F9" w14:paraId="181AECFA" w14:textId="77777777">
        <w:tc>
          <w:tcPr>
            <w:tcW w:w="4320" w:type="dxa"/>
          </w:tcPr>
          <w:p w14:paraId="7D64D4FC" w14:textId="77777777" w:rsidR="005B28F9" w:rsidRDefault="005B28F9"/>
        </w:tc>
        <w:tc>
          <w:tcPr>
            <w:tcW w:w="4320" w:type="dxa"/>
          </w:tcPr>
          <w:p w14:paraId="204BD444" w14:textId="77777777" w:rsidR="005B28F9" w:rsidRDefault="005B28F9"/>
        </w:tc>
      </w:tr>
    </w:tbl>
    <w:p w14:paraId="524B47FE" w14:textId="0781EC1F" w:rsidR="005B28F9" w:rsidRDefault="00F84FB9" w:rsidP="00BA1685">
      <w:pPr>
        <w:pStyle w:val="Heading2"/>
      </w:pPr>
      <w:r>
        <w:t>Directions</w:t>
      </w:r>
    </w:p>
    <w:p w14:paraId="2D15C17A" w14:textId="0B84F26A" w:rsidR="005B28F9" w:rsidRDefault="00F84FB9">
      <w:r>
        <w:t>1</w:t>
      </w:r>
      <w:r>
        <w:t>. The __________</w:t>
      </w:r>
      <w:r w:rsidR="00BA1685">
        <w:t>________________________________________</w:t>
      </w:r>
      <w:r>
        <w:t>is north of the __________</w:t>
      </w:r>
      <w:r w:rsidR="00BA1685">
        <w:t>_____________________________.</w:t>
      </w:r>
    </w:p>
    <w:p w14:paraId="079B699B" w14:textId="118025BE" w:rsidR="005B28F9" w:rsidRDefault="00F84FB9">
      <w:r>
        <w:t xml:space="preserve">2. The </w:t>
      </w:r>
      <w:r w:rsidR="00BA1685">
        <w:t>________________________________________</w:t>
      </w:r>
      <w:r>
        <w:t>__________ is east of the __________</w:t>
      </w:r>
      <w:r w:rsidR="00BA1685">
        <w:t>_______________________________</w:t>
      </w:r>
      <w:r>
        <w:t>.</w:t>
      </w:r>
    </w:p>
    <w:p w14:paraId="5AB6A642" w14:textId="51B46B2B" w:rsidR="005B28F9" w:rsidRDefault="00F84FB9">
      <w:r>
        <w:t xml:space="preserve">3. The </w:t>
      </w:r>
      <w:r w:rsidR="00BA1685">
        <w:t>________________________________________</w:t>
      </w:r>
      <w:r>
        <w:t xml:space="preserve">__________ is south of </w:t>
      </w:r>
      <w:proofErr w:type="gramStart"/>
      <w:r>
        <w:t xml:space="preserve">the </w:t>
      </w:r>
      <w:r w:rsidR="00BA1685">
        <w:t>__</w:t>
      </w:r>
      <w:proofErr w:type="gramEnd"/>
      <w:r w:rsidR="00BA1685">
        <w:t>___________________________</w:t>
      </w:r>
      <w:r>
        <w:t>__________.</w:t>
      </w:r>
    </w:p>
    <w:p w14:paraId="48914AEF" w14:textId="77777777" w:rsidR="005716C2" w:rsidRDefault="00F84FB9">
      <w:r>
        <w:t>Can you give directions from one feature to another?</w:t>
      </w:r>
    </w:p>
    <w:p w14:paraId="227D87E4" w14:textId="00E4DB8E" w:rsidR="005716C2" w:rsidRDefault="005716C2">
      <w:r>
        <w:t>__________________________________________________________________________________________________________________</w:t>
      </w:r>
    </w:p>
    <w:p w14:paraId="44EAC647" w14:textId="64B5835E" w:rsidR="005B28F9" w:rsidRDefault="00F84FB9">
      <w:r>
        <w:br/>
      </w:r>
      <w:r w:rsidR="005716C2">
        <w:t>__________________________________________________________________________________</w:t>
      </w:r>
      <w:r>
        <w:t>________________________________</w:t>
      </w:r>
    </w:p>
    <w:p w14:paraId="31378DF8" w14:textId="2B20488A" w:rsidR="005716C2" w:rsidRDefault="005716C2">
      <w:r>
        <w:lastRenderedPageBreak/>
        <w:t>__________________________________________________________________________________________________________________</w:t>
      </w:r>
    </w:p>
    <w:p w14:paraId="55BD653D" w14:textId="77777777" w:rsidR="005716C2" w:rsidRDefault="005716C2"/>
    <w:p w14:paraId="1BB600E5" w14:textId="06548349" w:rsidR="005B28F9" w:rsidRDefault="005B28F9"/>
    <w:sectPr w:rsidR="005B28F9" w:rsidSect="005716C2">
      <w:headerReference w:type="default" r:id="rId11"/>
      <w:pgSz w:w="12240" w:h="15840"/>
      <w:pgMar w:top="873" w:right="873" w:bottom="873" w:left="87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D8CC1" w14:textId="77777777" w:rsidR="00F84FB9" w:rsidRDefault="00F84FB9" w:rsidP="00BA1685">
      <w:pPr>
        <w:spacing w:after="0" w:line="240" w:lineRule="auto"/>
      </w:pPr>
      <w:r>
        <w:separator/>
      </w:r>
    </w:p>
  </w:endnote>
  <w:endnote w:type="continuationSeparator" w:id="0">
    <w:p w14:paraId="6E228C9D" w14:textId="77777777" w:rsidR="00F84FB9" w:rsidRDefault="00F84FB9" w:rsidP="00BA1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6DD07" w14:textId="77777777" w:rsidR="00F84FB9" w:rsidRDefault="00F84FB9" w:rsidP="00BA1685">
      <w:pPr>
        <w:spacing w:after="0" w:line="240" w:lineRule="auto"/>
      </w:pPr>
      <w:r>
        <w:separator/>
      </w:r>
    </w:p>
  </w:footnote>
  <w:footnote w:type="continuationSeparator" w:id="0">
    <w:p w14:paraId="6DA584A4" w14:textId="77777777" w:rsidR="00F84FB9" w:rsidRDefault="00F84FB9" w:rsidP="00BA1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A194D" w14:textId="77777777" w:rsidR="00BA1685" w:rsidRDefault="00BA1685" w:rsidP="00BA1685">
    <w:pPr>
      <w:pStyle w:val="Heading1"/>
    </w:pPr>
    <w:r>
      <w:t>KS1 Geography Worksheet: Drawing a Simple Map</w:t>
    </w:r>
  </w:p>
  <w:p w14:paraId="0DABA664" w14:textId="77777777" w:rsidR="00BA1685" w:rsidRPr="00BA1685" w:rsidRDefault="00BA1685" w:rsidP="00BA1685"/>
  <w:p w14:paraId="3A097A9C" w14:textId="04C4B041" w:rsidR="00BA1685" w:rsidRDefault="00BA1685" w:rsidP="00BA1685">
    <w:r>
      <w:t>Name: ____________________</w:t>
    </w:r>
    <w:r>
      <w:t>__________________</w:t>
    </w:r>
    <w:r>
      <w:t xml:space="preserve">    Date: ____________________</w:t>
    </w:r>
    <w:r>
      <w:t>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51096819">
    <w:abstractNumId w:val="8"/>
  </w:num>
  <w:num w:numId="2" w16cid:durableId="1911302338">
    <w:abstractNumId w:val="6"/>
  </w:num>
  <w:num w:numId="3" w16cid:durableId="1471895471">
    <w:abstractNumId w:val="5"/>
  </w:num>
  <w:num w:numId="4" w16cid:durableId="1991520202">
    <w:abstractNumId w:val="4"/>
  </w:num>
  <w:num w:numId="5" w16cid:durableId="213348584">
    <w:abstractNumId w:val="7"/>
  </w:num>
  <w:num w:numId="6" w16cid:durableId="622422177">
    <w:abstractNumId w:val="3"/>
  </w:num>
  <w:num w:numId="7" w16cid:durableId="398791768">
    <w:abstractNumId w:val="2"/>
  </w:num>
  <w:num w:numId="8" w16cid:durableId="1281765615">
    <w:abstractNumId w:val="1"/>
  </w:num>
  <w:num w:numId="9" w16cid:durableId="391464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716C2"/>
    <w:rsid w:val="005B28F9"/>
    <w:rsid w:val="00AA1D8D"/>
    <w:rsid w:val="00B47730"/>
    <w:rsid w:val="00BA1685"/>
    <w:rsid w:val="00CB0664"/>
    <w:rsid w:val="00E972A0"/>
    <w:rsid w:val="00F84FB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37B9ED0"/>
  <w14:defaultImageDpi w14:val="300"/>
  <w15:docId w15:val="{54F57ED2-9916-49A1-A29E-BFF873A15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40F49E89DC6449D8EFA5525E13D97" ma:contentTypeVersion="13" ma:contentTypeDescription="Create a new document." ma:contentTypeScope="" ma:versionID="2fdb0c8b6cf03e22ecde70dc187ddfa3">
  <xsd:schema xmlns:xsd="http://www.w3.org/2001/XMLSchema" xmlns:xs="http://www.w3.org/2001/XMLSchema" xmlns:p="http://schemas.microsoft.com/office/2006/metadata/properties" xmlns:ns2="56cae408-eb47-4f9e-8fab-b6e04ed6ae97" xmlns:ns3="4fd5655d-a47a-4310-b279-09850b7c4f52" targetNamespace="http://schemas.microsoft.com/office/2006/metadata/properties" ma:root="true" ma:fieldsID="e32400f4b8a204a02c85940d25fd69a9" ns2:_="" ns3:_="">
    <xsd:import namespace="56cae408-eb47-4f9e-8fab-b6e04ed6ae97"/>
    <xsd:import namespace="4fd5655d-a47a-4310-b279-09850b7c4f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ae408-eb47-4f9e-8fab-b6e04ed6ae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5655d-a47a-4310-b279-09850b7c4f5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44a15f8-49a1-4d52-89ed-891e9dabf22b}" ma:internalName="TaxCatchAll" ma:showField="CatchAllData" ma:web="4fd5655d-a47a-4310-b279-09850b7c4f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d5655d-a47a-4310-b279-09850b7c4f52"/>
    <lcf76f155ced4ddcb4097134ff3c332f xmlns="56cae408-eb47-4f9e-8fab-b6e04ed6ae9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AC5D52-E0AC-4C53-90C5-4892A32E8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ae408-eb47-4f9e-8fab-b6e04ed6ae97"/>
    <ds:schemaRef ds:uri="4fd5655d-a47a-4310-b279-09850b7c4f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746C63-C4B5-41DF-A6D7-723437534A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0BADCE-AE7D-4189-8CA8-C3051D5661AF}">
  <ds:schemaRefs>
    <ds:schemaRef ds:uri="http://schemas.microsoft.com/office/2006/metadata/properties"/>
    <ds:schemaRef ds:uri="http://schemas.microsoft.com/office/infopath/2007/PartnerControls"/>
    <ds:schemaRef ds:uri="4fd5655d-a47a-4310-b279-09850b7c4f52"/>
    <ds:schemaRef ds:uri="56cae408-eb47-4f9e-8fab-b6e04ed6ae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Jennifer Cook</cp:lastModifiedBy>
  <cp:revision>2</cp:revision>
  <dcterms:created xsi:type="dcterms:W3CDTF">2026-06-23T15:35:00Z</dcterms:created>
  <dcterms:modified xsi:type="dcterms:W3CDTF">2026-06-23T15:35:00Z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0x010100E2040F49E89DC6449D8EFA5525E13D97</vt:lpwstr>
  </property>
</Properties>
</file>